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האמנציפציה – שוויון זכויות ליהודים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תרגול מושגים, ציר זמן, דמויות, סיבה ותוצאה וניתוח מקור ביחידה "האמנציפציה – שוויון זכויות ליהודים".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חט״ב · תיכון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https://historia-et-hachadasha.sites.tab.bot/yechida-emancipatzia.html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הדף מבוסס על תוכן עמוד היחידה באתר (מושגים, ציר זמן, דמויות, מקורות).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לוודא: שוויון ליהודי אוסטריה-הונגריה – 1867 (החוקה של דצמבר 1867)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לוודא: שנות חייו של קלרמון-טונר 1757–1792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לוודא: 'הצו המביש' של נפוליאון – 1808 (ל-10 שנים)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בוחרים תשובה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מתן שוויון זכויות אזרחיות ופוליטיות לקבוצה שהייתה מופלית, כאן – ליהודים.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ניהול עצמי של הקהילה היהודית: בתי דין, גביית מסים ומוסדות חינוך משלה.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צו של יוסף השני (1782) שהקל על היהודים באוסטריה ודרש מהם השתלבות בתרבות המדינה.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משלימים מילה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'העסקה' של האמנציפציה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אספת הנכבדים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הסנהדרין של נפוליאון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אזרחות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מי עשה מה?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קיסר אוסטריה; 'כתב הסובלנות' 1782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חבר האספה הלאומית בצרפת; תמך בשוויון ליהודים כיחידים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שליט צרפת; אספת הנכבדים והסנהדרין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ד – הוגה יהודי; טען שאפשר להיות יהודי שומר מצוות ואזרח נאמן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נכון או לא נכון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השנה הנכונה: 1858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השנה הנכונה: 1791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מה קרה קודם?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'כתב הסובלנות' של הקיסר יוסף השני באוסטריה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שוויון זכויות לכל יהודי צרפת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כינוס ה'סנהדרין' בפריז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שוויון זכויות ליהודים באיחוד גרמניה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כותבים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2–3 משפטים נכונים; שימוש במושג אחד לפחות.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⚖️ האמנציפציה – שוויון זכויות ליהודים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היום נתרגל את הנושא "האמנציפציה – שוויון זכויות ליהודים". קראו לאט, אפשר להיעזר בבנק המילים.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אזרחות  |  הסנהדרין של נפוליאון  |  אספת הנכבדים  |  'העסקה' של האמנציפציה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בוחרים תשובה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מה פירוש המושג "אמנציפציה"?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מתן שוויון זכויות אזרחיות ופוליטיות לקבוצה שהייתה מופלית, כאן – ליהודים.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היטמעות בתרבות הרוב עד כדי טשטוש או נטישה של הזהות היהודית.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שנאת יהודים שהתבססה במאה ה-19 על טיעונים גזעניים ולאומיים ולא רק דתיים.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מה פירוש המושג "אוטונומיה קהילתית"?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רובע נפרד בעיר שבו חויבו היהודים לגור, בדרך כלל מוקף חומה ושערים.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צו של יוסף השני (1782) שהקל על היהודים באוסטריה ודרש מהם השתלבות בתרבות המדינה.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ניהול עצמי של הקהילה היהודית: בתי דין, גביית מסים ומוסדות חינוך משלה.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מה פירוש המושג "כתב הסובלנות"?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צו של יוסף השני (1782) שהקל על היהודים באוסטריה ודרש מהם השתלבות בתרבות המדינה.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מעמד של חבר במדינה, הכולל זכויות (כמו הצבעה) וחובות (כמו מסים).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רובע נפרד בעיר שבו חויבו היהודים לגור, בדרך כלל מוקף חומה ושערים.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משלימים מילה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כתבו על הקו מילה מבנק המילים.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שוויון זכויות ליהודים כיחידים בתמורה לוויתור על ייחוד לאומי וקהילתי. ← 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2. כינוס של נציגים יהודים שכינס נפוליאון ב-1806 כדי לבחון את נאמנותם למדינה. ← 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3. גוף של רבנים ואנשי ציבור שכונס ב-1807 ואישר את תשובות אספת הנכבדים. ← 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4. מעמד של חבר במדינה, הכולל זכויות (כמו הצבעה) וחובות (כמו מסים). ← 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מי עשה מה?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התאימו בין הדמות לתיאור.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יוסף השני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א. שליט צרפת; אספת הנכבדים והסנהדרין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סטניסלס דה קלרמון-טונר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ב. קיסר אוסטריה; 'כתב הסובלנות' 1782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נפוליאון בונפרטה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ג. חבר האספה הלאומית בצרפת; תמך בשוויון ליהודים כיחידים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משה מנדלסון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ד. הוגה יהודי; טען שאפשר להיות יהודי שומר מצוות ואזרח נאמן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✓ במשבצת הנכונה.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לפני האמנציפציה היו ליהודים הגבלות רבות.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בשנת 1867: בבריטניה מותר ליהודים לכהן בפרלמנט.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אמנציפציה היא שוויון זכויות.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בשנת 1790: שוויון זכויות לכל יהודי צרפת.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מה קרה קודם?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מספרו 1, 2, 3, 4 לפי הסדר.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מספר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שלב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כינוס ה'סנהדרין' בפריז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שוויון זכויות ליהודים באיחוד גרמניה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'כתב הסובלנות' של הקיסר יוסף השני באוסטריה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שוויון זכויות לכל יהודי צרפת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ו׳ – כותבים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מה למדתם על "האמנציפציה – שוויון זכויות ליהודים"? כתבו 2–3 משפטים.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אפשר להתחיל כך: "למדתי ש..."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השתמשו במילה אחת מבנק המילים.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מילה חדשה שלמדתי: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דבר אחד שזכרתי מהיחידה: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איך הרגשתי?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האמנציפציה – שוויון זכויות ליהודים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