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מושגים, ציר זמן, דמויות, סיבה ותוצאה וניתוח מקור ביחידה "האמנציפציה – שוויון זכויות ליהודים".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https://historia-et-hachadasha.sites.tab.bot/yechida-emancipatzia.html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'הצו המביש' של נפוליאון – 1808 (ל-10 שנים)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קוראים ומבינים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1807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1806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מתן שוויון זכויות אזרחיות ופוליטיות לקבוצה שהייתה מופלית, כאן – ליהודים.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ניהול עצמי של הקהילה היהודית: בתי דין, גביית מסים ומוסדות חינוך משלה.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צו של יוסף השני (1782) שהקל על היהודים באוסטריה ודרש מהם השתלבות בתרבות המדינה.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קיסר אוסטריה; 'כתב הסובלנות' 1782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חבר האספה הלאומית בצרפת; תמך בשוויון ליהודים כיחידים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שליט צרפת; אספת הנכבדים והסנהדרין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הוגה יהודי; טען שאפשר להיות יהודי שומר מצוות ואזרח נאמן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סדר הזמן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'כתב הסובלנות' של הקיסר יוסף השני באוסטריה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לכל יהודי 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כינוס ה'סנהדרין'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באיחוד גרמניה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משפטים קצרים; 2 מילים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⚖️ האמנציפציה – שוויון זכויות ליהודים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המשפטים הקצרים. אחר כך ענו על השאלות.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מתן שוויון זכויות אזרחיות ופוליטיות לקבוצה שהייתה מופלית, כאן (emancipation (equal rights))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אוטונומיה קהילתית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ניהול עצמי של הקהילה היהודית: בתי דין, גביית מסים ומוסדות חינוך משלה.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הסובלנות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 של יוסף השני (1782) שהקל על היהודים באוסטריה ודרש מהם השתלבות… (tolerance)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'העסקה' של האמנציפציה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כיחידים בתמורה לוויתור על ייחוד לאומי וקהילתי. (emancipation (equal rights))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אספת הנכבדים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כינוס של נציגים יהודים שכינס נפוליאון ב-1806 כדי לבחון את נאמנותם…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הסנהדרין של נפוליאון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 של רבנים ואנשי ציבור שכונס ב-1807 ואישר את תשובות אספת הנכבדים.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נכון או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האמנציפציה היו ליהודים הגבלות רבות.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1782: כינוס ה'סנהדרין' בפריז.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 היא שוויון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1790: נפוליאון מכנס את 'אספת הנכבדים' היהודית.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צרפת נתנה ליהודים שוויון ב-1791.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היהודים קיבלו זכויות כמו כל האזרחים.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"אמנציפציה"?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גוף של רבנים ואנשי ציבור שכונס ב-1807 ואישר את תשובות אספת הנכבדים.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שנאת יהודים שהתבססה במאה ה-19 על טיעונים גזעניים ולאומיים ולא רק דתיים.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"אוטונומיה קהילתית"?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היטמעות בתרבות הרוב עד כדי טשטוש או נטישה של הזהות היהודית.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שוויון זכויות ליהודים כיחידים בתמורה לוויתור על ייחוד לאומי וקהילתי.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"כתב הסובלנות"?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גוף של רבנים ואנשי ציבור שכונס ב-1807 ואישר את תשובות אספת הנכבדים.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צו של יוסף השני (1782) שהקל על היהודים באוסטריה ודרש מהם השתלבות בתרבות המדינה.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התאימו: שם ← מה הוא עשה.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יוסף השני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הוגה יהודי; טען שאפשר להיות יהודי שומר מצוות ואזרח נאמן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סטניסלס דה קלרמון-טונר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חבר האספה הלאומית בצרפת; תמך בשוויון ליהודים כיחידים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נפוליאון בונפרטה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שליט צרפת; אספת הנכבדים והסנהדרין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 מנדלסון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קיסר אוסטריה; 'כתב הסובלנות' 1782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סדר הזמן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1–4: מה היה ראשון? מה היה אחרון?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לכל יהודי 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'כתב הסובלנות' של הקיסר יוסף השני באוסטריה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באיחוד גרמניה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כינוס ה'סנהדרין' בפריז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קצרים על "האמנציפציה – שוויון זכויות ליהודים". השתמשו ב-2 מילים מהמילון.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1: מתי ואיפה?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2: מה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3: מה חשוב בזה?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בעברית: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שהבנתי: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האמנציפציה – שוויון זכויות ליהודים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