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האמנציפציה – שוויון זכויות ליהודים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"האמנציפציה – שוויון זכויות ליהודים".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40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https://historia-et-hachadasha.sites.tab.bot/yechida-emancipatzia.html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שוויון ליהודי אוסטריה-הונגריה – 1867 (החוקה של דצמבר 1867)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קלרמון-טונר 1757–1792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'הצו המביש' של נפוליאון – 1808 (ל-10 שנים)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מושגי יסוד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מתן שוויון זכויות אזרחיות ופוליטיות לקבוצה שהייתה מופלית, כאן – ליהודים.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ניהול עצמי של הקהילה היהודית: בתי דין, גביית מסים ומוסדות חינוך משלה.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צו של יוסף השני (1782) שהקל על היהודים באוסטריה ודרש מהם השתלבות בתרבות המדינה.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שוויון זכויות ליהודים כיחידים בתמורה לוויתור על ייחוד לאומי וקהילתי.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כינוס של נציגים יהודים שכינס נפוליאון ב-1806 כדי לבחון את נאמנותם למדינה.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השלימו את המושג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הסנהדרין של נפוליאון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אזרחות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התבוללות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אנטישמיות מודרנית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גטו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דמויות ותפקידן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קיסר אוסטריה; 'כתב הסובלנות' 1782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חבר האספה הלאומית בצרפת; תמך בשוויון ליהודים כיחידים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שליט צרפת; אספת הנכבדים והסנהדרין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הוגה יהודי; טען שאפשר להיות יהודי שומר מצוות ואזרח נאמן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היהודי הראשון שנכנס לבית הנבחרים הבריטי (1858)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ציר 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'כתב הסובלנות' של הקיסר יוסף השני באוסטריה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הספרדים-הפורטוגזים בצרפת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לכל יהודי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ה'סנהדרין'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בבריטניה מותר ליהודים לכהן בפרלמנט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באיחוד גרמניה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1871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1782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עלתה השאלה אם להעניק שוויון זכויות גם ליהודים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צרפת הייתה הראשונה באירופה שהעניקה ליהודים שוויון מלא (1790–1791)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רעיון השוויון הופץ לארצות נוספות באירופה, לעיתים זמנית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היחלשות מוסדות הקהילה ושאלות חדשות על זהות יהודית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יהודים רבים השתלבו בכלכלה, במדע ובתרבות הכללית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היו שהגיעו למסקנה שהאמנציפציה לא פתרה את 'שאלת היהודים'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ניתוח מקור: ויכוח באספה הלאומית, 1789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מציע לתת להם את כל הזכויות כבני אדם (כיחידים, כאזרחים), אך אינו מוכן לתת להם מעמד של אומה נפרדת עם שופטים וחוקים משלהם.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השוויון ניתן בתנאי: היהודים יקבלו זכויות מלאות כיחידים, ובתמורה יוותרו על האוטונומיה הקהילתית ועל הזהות הלאומית הנפרדת וישתלבו כאזרחים.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הוא מסתמך על רעיון השוויון והזכויות הטבעיות – כל אדם זכאי לאזרחות ללא קשר לדתו; וגם על רעיון המדינה המודרנית, שבה כל האזרחים כפופים לאותו חוק.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כתיבה – שאלת המפתח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ברורה, שתי דוגמאות נכונות מהיחידה, הסבר הקשר, משפט סיכום.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⚖️ האמנציפציה – שוויון זכויות ליהודים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❓ שאלת המפתח: האם האמנציפציה הייתה 'עסקה' הוגנת – ומה היא דרשה מהיהודים בתמורה לשוויון?  ·  סוף המאה ה-18 – המאה ה-19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מושגי יסוד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ההגדרה הנכונה לכל מושג.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"אמנציפציה"?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כינוס של נציגים יהודים שכינס נפוליאון ב-1806 כדי לבחון את נאמנותם למדינה.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גוף של רבנים ואנשי ציבור שכונס ב-1807 ואישר את תשובות אספת הנכבדים.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שוויון זכויות ליהודים כיחידים בתמורה לוויתור על ייחוד לאומי וקהילתי.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"אוטונומיה קהילתית"?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צו של יוסף השני (1782) שהקל על היהודים באוסטריה ודרש מהם השתלבות בתרבות המדינה.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שוויון זכויות ליהודים כיחידים בתמורה לוויתור על ייחוד לאומי וקהילתי.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גוף של רבנים ואנשי ציבור שכונס ב-1807 ואישר את תשובות אספת הנכבדים.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"כתב הסובלנות"?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כינוס של נציגים יהודים שכינס נפוליאון ב-1806 כדי לבחון את נאמנותם למדינה.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צו של יוסף השני (1782) שהקל על היהודים באוסטריה ודרש מהם השתלבות בתרבות המדינה.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ניהול עצמי של הקהילה היהודית: בתי דין, גביית מסים ומוסדות חינוך משלה.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פירוש המושג "'העסקה' של האמנציפציה"?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צו של יוסף השני (1782) שהקל על היהודים באוסטריה ודרש מהם השתלבות בתרבות המדינה.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רובע נפרד בעיר שבו חויבו היהודים לגור, בדרך כלל מוקף חומה ושערים.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שוויון זכויות ליהודים כיחידים בתמורה לוויתור על ייחוד לאומי וקהילתי.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כינוס של נציגים יהודים שכינס נפוליאון ב-1806 כדי לבחון את נאמנותם למדינה.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פירוש המושג "אספת הנכבדים"?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כינוס של נציגים יהודים שכינס נפוליאון ב-1806 כדי לבחון את נאמנותם למדינה.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מתן שוויון זכויות אזרחיות ופוליטיות לקבוצה שהייתה מופלית, כאן – ליהודים.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מעמד של חבר במדינה, הכולל זכויות (כמו הצבעה) וחובות (כמו מסים).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צו של יוסף השני (1782) שהקל על היהודים באוסטריה ודרש מהם השתלבות בתרבות המדינה.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השלימו את המושג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על הקו את המושג המתאים להגדרה. בחרו מתוך: גטו / הסנהדרין של נפוליאון / אנטישמיות מודרנית / התבוללות / אזרחות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גוף של רבנים ואנשי ציבור שכונס ב-1807 ואישר את תשובות אספת הנכבדים.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מעמד של חבר במדינה, הכולל זכויות (כמו הצבעה) וחובות (כמו מסים).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היטמעות בתרבות הרוב עד כדי טשטוש או נטישה של הזהות היהודית.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שנאת יהודים שהתבססה במאה ה-19 על טיעונים גזעניים ולאומיים ולא רק דתיים. ←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רובע נפרד בעיר שבו חויבו היהודים לגור, בדרך כלל מוקף חומה ושערים.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דמויות ותפקידן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דמות את האות של התיאור המתאים.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יוסף השני (1741–1790)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שליט צרפת; אספת הנכבדים והסנהדרין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סטניסלס דה קלרמון-טונר (1757–1792)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הוגה יהודי; טען שאפשר להיות יהודי שומר מצוות ואזרח נאמן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נפוליאון בונפרטה (1769–1821)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קיסר אוסטריה; 'כתב הסובלנות' 1782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 (1729–1786)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חבר האספה הלאומית בצרפת; תמך בשוויון ליהודים כיחידים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ליונל דה רוטשילד (1808–1879)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היהודי הראשון שנכנס לבית הנבחרים הבריטי (1858)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ציר 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האירועים מ-1 (המוקדם ביותר) עד 6 (המאוחר ביותר).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באיחוד גרמניה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'כתב הסובלנות' של הקיסר יוסף השני באוסטריה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כינוס ה'סנהדרין' בפריז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בבריטניה מותר ליהודים לכהן בפרלמנט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לכל יהודי צרפת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שוויון זכויות ליהודים הספרדים-הפורטוגזים בצרפת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נכון. תקנו במחברת כל משפט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1806: שוויון זכויות ליהודים באיחוד גרמניה.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1871: ההכרזה על זכויות האדם והאזרח; הוויכוח באספה הלאומית על היהודים.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צרפת נתנה ליהודים שוויון ב-1791.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אמנציפציה היא שוויון זכויות.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 האמנציפציה היו ליהודים הגבלות רבות.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1871: 'כתב הסובלנות' של הקיסר יוסף השני באוסטריה.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 שלה.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רעיונות הנאורות על שוויון וזכויות טבעיות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היו שהגיעו למסקנה שהאמנציפציה לא פתרה את 'שאלת היהודים'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הצרפתית וההכרזה על זכויות האדם והאזרח (1789)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עלתה השאלה אם להעניק שוויון זכויות גם ליהודים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כיבושי נפוליאון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רעיון השוויון הופץ לארצות נוספות באירופה, לעיתים זמנית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היהודים נדרשו לוותר על האוטונומיה הקהילתית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היחלשות מוסדות הקהילה ושאלות חדשות על זהות יהודית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פתיחת האוניברסיטאות והמקצועות החופשיים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יהודים רבים השתלבו בכלכלה, במדע ובתרבות הכללית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עליית האנטישמיות המודרנית בסוף המאה ה-19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צרפת הייתה הראשונה באירופה שהעניקה ליהודים שוויון מלא (1790–1791)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ז׳ – ניתוח מקור: ויכוח באספה הלאומית, 1789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המקור וענו על השאלות.</w:t>
        <w:br/>
        <w:t>על פי רעיונותיו של קלרמון-טונר: אומרים לנו שהיהודים מבקשים להיות נפרדים – יש להם שופטים משלהם וחוקים משלהם. אני אומר: ליהודים כאומה – לא ניתן דבר; ליהודים כבני אדם – ניתן הכול. אין זה מתקבל על הדעת שתהיה בתוך המדינה אומה נפרדת. על היהודים להיות אזרחים כמו כולם. אם אינם רוצים בכך – שיאמרו זאת. אבל איש לא יגזור על אדם שלא יהיה אזרח רק בגלל דתו.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מציע הדובר לתת ליהודים, ומה הוא אינו מוכן לתת להם?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הסבירו כיצד המקור מבטא את 'העסקה' של האמנציפציה.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כיצד מתבטאים רעיונות הנאורות בדברי הדובר?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ח׳ – כתיבה – שאלת המפתח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האם האמנציפציה הייתה 'עסקה' הוגנת – ומה היא דרשה מהיהודים בתמורה לשוויון? כתבו פסקה של 6–8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פתחו במשפט טענה ברור.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הביאו שתי דוגמאות מהיחידה (מושג, אירוע או דמות).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סיימו במשפט סיכום.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מושג אחד מהיחידה שאני יכול/ה להסביר לחבר/ה: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אירוע אחד מציר הזמן והשנה שלו: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 על "האמנציפציה – שוויון זכויות ליהודים":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האמנציפציה – שוויון זכויות ליהודים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